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A2567" w14:textId="77777777" w:rsidR="00E62BB2" w:rsidRDefault="007F5CB2">
      <w:pPr>
        <w:pStyle w:val="Tytu"/>
      </w:pPr>
      <w:r>
        <w:t>Conference Registration Form</w:t>
      </w:r>
    </w:p>
    <w:p w14:paraId="2C09E412" w14:textId="77777777" w:rsidR="00E62BB2" w:rsidRDefault="007F5CB2">
      <w:r>
        <w:rPr>
          <w:b/>
        </w:rPr>
        <w:t>How to Do Science in the AI Era – Artificial Intelligence as a Tool for International Collaboration</w:t>
      </w:r>
      <w:r>
        <w:rPr>
          <w:b/>
        </w:rPr>
        <w:br/>
      </w:r>
      <w:r>
        <w:t>Date: 5 November 2026 | Location: Warsaw</w:t>
      </w:r>
    </w:p>
    <w:p w14:paraId="127F3F90" w14:textId="77777777" w:rsidR="00E62BB2" w:rsidRDefault="007F5CB2">
      <w:r>
        <w:t>□ First Name*</w:t>
      </w:r>
    </w:p>
    <w:p w14:paraId="36B6338E" w14:textId="77777777" w:rsidR="00E62BB2" w:rsidRDefault="007F5CB2">
      <w:r>
        <w:t>□ Last Name*</w:t>
      </w:r>
    </w:p>
    <w:p w14:paraId="06E4A9ED" w14:textId="77777777" w:rsidR="00E62BB2" w:rsidRDefault="007F5CB2">
      <w:r>
        <w:t>□ Company / Institution*</w:t>
      </w:r>
    </w:p>
    <w:p w14:paraId="0D57ACB0" w14:textId="77777777" w:rsidR="00E62BB2" w:rsidRDefault="007F5CB2">
      <w:r>
        <w:t>□ Email*</w:t>
      </w:r>
    </w:p>
    <w:p w14:paraId="77888944" w14:textId="77777777" w:rsidR="00E62BB2" w:rsidRDefault="007F5CB2">
      <w:r>
        <w:t>□ Phone Number*</w:t>
      </w:r>
    </w:p>
    <w:p w14:paraId="4C06F1C9" w14:textId="0E9BA5EE" w:rsidR="00E62BB2" w:rsidRDefault="005572EF">
      <w:bookmarkStart w:id="0" w:name="OLE_LINK4"/>
      <w:bookmarkStart w:id="1" w:name="OLE_LINK5"/>
      <w:r w:rsidRPr="005572EF">
        <w:t>Please indicate which parallel session in Block I you are most interested in</w:t>
      </w:r>
      <w:r w:rsidRPr="005572EF">
        <w:rPr>
          <w:highlight w:val="yellow"/>
        </w:rPr>
        <w:t xml:space="preserve"> </w:t>
      </w:r>
      <w:r w:rsidR="007F5CB2" w:rsidRPr="00626CD5">
        <w:rPr>
          <w:highlight w:val="yellow"/>
        </w:rPr>
        <w:t>(optional, select one):</w:t>
      </w:r>
    </w:p>
    <w:bookmarkEnd w:id="0"/>
    <w:p w14:paraId="41767E11" w14:textId="77777777" w:rsidR="00E62BB2" w:rsidRPr="007A28F3" w:rsidRDefault="007F5CB2">
      <w:pPr>
        <w:rPr>
          <w:color w:val="EE0000"/>
        </w:rPr>
      </w:pPr>
      <w:r w:rsidRPr="007A28F3">
        <w:rPr>
          <w:color w:val="EE0000"/>
        </w:rPr>
        <w:t>□ TITLE 1</w:t>
      </w:r>
    </w:p>
    <w:p w14:paraId="79CF280A" w14:textId="77777777" w:rsidR="00E62BB2" w:rsidRPr="007A28F3" w:rsidRDefault="007F5CB2">
      <w:pPr>
        <w:rPr>
          <w:color w:val="EE0000"/>
        </w:rPr>
      </w:pPr>
      <w:r w:rsidRPr="007A28F3">
        <w:rPr>
          <w:color w:val="EE0000"/>
        </w:rPr>
        <w:t>□ TITLE 2</w:t>
      </w:r>
    </w:p>
    <w:p w14:paraId="1B400DFB" w14:textId="77777777" w:rsidR="00E62BB2" w:rsidRDefault="007F5CB2">
      <w:pPr>
        <w:rPr>
          <w:color w:val="EE0000"/>
        </w:rPr>
      </w:pPr>
      <w:r w:rsidRPr="007A28F3">
        <w:rPr>
          <w:color w:val="EE0000"/>
        </w:rPr>
        <w:t>□ TITLE 3</w:t>
      </w:r>
    </w:p>
    <w:p w14:paraId="713A6822" w14:textId="6EF90BA7" w:rsidR="005572EF" w:rsidRDefault="005572EF" w:rsidP="005572EF">
      <w:r w:rsidRPr="005572EF">
        <w:t xml:space="preserve">Please indicate which parallel session in Block </w:t>
      </w:r>
      <w:r>
        <w:t>I</w:t>
      </w:r>
      <w:r w:rsidRPr="005572EF">
        <w:t>I you are most interested in</w:t>
      </w:r>
      <w:r w:rsidRPr="005572EF">
        <w:rPr>
          <w:highlight w:val="yellow"/>
        </w:rPr>
        <w:t xml:space="preserve"> </w:t>
      </w:r>
      <w:r w:rsidRPr="00626CD5">
        <w:rPr>
          <w:highlight w:val="yellow"/>
        </w:rPr>
        <w:t>(optional, select one):</w:t>
      </w:r>
    </w:p>
    <w:p w14:paraId="68B9D011" w14:textId="77777777" w:rsidR="005572EF" w:rsidRPr="007A28F3" w:rsidRDefault="005572EF" w:rsidP="005572EF">
      <w:pPr>
        <w:rPr>
          <w:color w:val="EE0000"/>
        </w:rPr>
      </w:pPr>
      <w:r w:rsidRPr="007A28F3">
        <w:rPr>
          <w:color w:val="EE0000"/>
        </w:rPr>
        <w:t>□ TITLE 1</w:t>
      </w:r>
    </w:p>
    <w:p w14:paraId="3B7015C9" w14:textId="77777777" w:rsidR="005572EF" w:rsidRPr="007A28F3" w:rsidRDefault="005572EF" w:rsidP="005572EF">
      <w:pPr>
        <w:rPr>
          <w:color w:val="EE0000"/>
        </w:rPr>
      </w:pPr>
      <w:r w:rsidRPr="007A28F3">
        <w:rPr>
          <w:color w:val="EE0000"/>
        </w:rPr>
        <w:t>□ TITLE 2</w:t>
      </w:r>
    </w:p>
    <w:p w14:paraId="5600924A" w14:textId="77777777" w:rsidR="005572EF" w:rsidRPr="007A28F3" w:rsidRDefault="005572EF" w:rsidP="005572EF">
      <w:pPr>
        <w:rPr>
          <w:color w:val="EE0000"/>
        </w:rPr>
      </w:pPr>
      <w:r w:rsidRPr="007A28F3">
        <w:rPr>
          <w:color w:val="EE0000"/>
        </w:rPr>
        <w:t>□ TITLE 3</w:t>
      </w:r>
    </w:p>
    <w:p w14:paraId="706660E8" w14:textId="77777777" w:rsidR="005572EF" w:rsidRPr="007A28F3" w:rsidRDefault="005572EF">
      <w:pPr>
        <w:rPr>
          <w:color w:val="EE0000"/>
        </w:rPr>
      </w:pPr>
    </w:p>
    <w:bookmarkEnd w:id="1"/>
    <w:p w14:paraId="036523E3" w14:textId="77777777" w:rsidR="00E62BB2" w:rsidRDefault="007F5CB2">
      <w:r>
        <w:t>I will attend the networking dinner on 5 November 2026 after the conference:  □ YES   □ NO</w:t>
      </w:r>
    </w:p>
    <w:p w14:paraId="06E4A77F" w14:textId="77777777" w:rsidR="007A28F3" w:rsidRPr="007A28F3" w:rsidRDefault="007A28F3" w:rsidP="007A28F3">
      <w:pPr>
        <w:rPr>
          <w:lang w:val="pl-PL"/>
        </w:rPr>
      </w:pPr>
    </w:p>
    <w:tbl>
      <w:tblPr>
        <w:tblStyle w:val="Tabela-Siatka"/>
        <w:tblW w:w="0" w:type="auto"/>
        <w:tblLook w:val="04A0" w:firstRow="1" w:lastRow="0" w:firstColumn="1" w:lastColumn="0" w:noHBand="0" w:noVBand="1"/>
      </w:tblPr>
      <w:tblGrid>
        <w:gridCol w:w="3122"/>
        <w:gridCol w:w="5508"/>
      </w:tblGrid>
      <w:tr w:rsidR="007A28F3" w:rsidRPr="007A28F3" w14:paraId="09CA7920" w14:textId="77777777" w:rsidTr="009C4BB9">
        <w:tc>
          <w:tcPr>
            <w:tcW w:w="3256" w:type="dxa"/>
            <w:vMerge w:val="restart"/>
          </w:tcPr>
          <w:p w14:paraId="0CFA7873" w14:textId="77777777" w:rsidR="007A28F3" w:rsidRPr="007A28F3" w:rsidRDefault="007A28F3" w:rsidP="007A28F3">
            <w:pPr>
              <w:spacing w:after="200" w:line="276" w:lineRule="auto"/>
            </w:pPr>
            <w:r w:rsidRPr="007A28F3">
              <w:rPr>
                <w:lang w:val="en-GB"/>
              </w:rPr>
              <w:t>Special dietary requirements (checkboxes, optional question):</w:t>
            </w:r>
          </w:p>
        </w:tc>
        <w:tc>
          <w:tcPr>
            <w:tcW w:w="5806" w:type="dxa"/>
          </w:tcPr>
          <w:p w14:paraId="7FEB87ED" w14:textId="77777777" w:rsidR="007A28F3" w:rsidRPr="007A28F3" w:rsidRDefault="007A28F3" w:rsidP="007A28F3">
            <w:pPr>
              <w:spacing w:after="200" w:line="276" w:lineRule="auto"/>
              <w:rPr>
                <w:lang w:val="pl-PL"/>
              </w:rPr>
            </w:pPr>
            <w:r w:rsidRPr="007A28F3">
              <w:rPr>
                <w:lang w:val="pl-PL"/>
              </w:rPr>
              <w:t>Vegetarian</w:t>
            </w:r>
          </w:p>
        </w:tc>
      </w:tr>
      <w:tr w:rsidR="007A28F3" w:rsidRPr="007A28F3" w14:paraId="1D96DDFA" w14:textId="77777777" w:rsidTr="009C4BB9">
        <w:tc>
          <w:tcPr>
            <w:tcW w:w="3256" w:type="dxa"/>
            <w:vMerge/>
          </w:tcPr>
          <w:p w14:paraId="37957500" w14:textId="77777777" w:rsidR="007A28F3" w:rsidRPr="007A28F3" w:rsidRDefault="007A28F3" w:rsidP="007A28F3">
            <w:pPr>
              <w:spacing w:after="200" w:line="276" w:lineRule="auto"/>
              <w:rPr>
                <w:lang w:val="pl-PL"/>
              </w:rPr>
            </w:pPr>
          </w:p>
        </w:tc>
        <w:tc>
          <w:tcPr>
            <w:tcW w:w="5806" w:type="dxa"/>
          </w:tcPr>
          <w:p w14:paraId="7BB65990" w14:textId="77777777" w:rsidR="007A28F3" w:rsidRPr="007A28F3" w:rsidRDefault="007A28F3" w:rsidP="007A28F3">
            <w:pPr>
              <w:spacing w:after="200" w:line="276" w:lineRule="auto"/>
              <w:rPr>
                <w:lang w:val="pl-PL"/>
              </w:rPr>
            </w:pPr>
            <w:r w:rsidRPr="007A28F3">
              <w:rPr>
                <w:lang w:val="pl-PL"/>
              </w:rPr>
              <w:t>Vegan</w:t>
            </w:r>
          </w:p>
        </w:tc>
      </w:tr>
      <w:tr w:rsidR="007A28F3" w:rsidRPr="007A28F3" w14:paraId="6AB915D7" w14:textId="77777777" w:rsidTr="009C4BB9">
        <w:tc>
          <w:tcPr>
            <w:tcW w:w="3256" w:type="dxa"/>
            <w:vMerge/>
          </w:tcPr>
          <w:p w14:paraId="3FCE929E" w14:textId="77777777" w:rsidR="007A28F3" w:rsidRPr="007A28F3" w:rsidRDefault="007A28F3" w:rsidP="007A28F3">
            <w:pPr>
              <w:spacing w:after="200" w:line="276" w:lineRule="auto"/>
              <w:rPr>
                <w:lang w:val="pl-PL"/>
              </w:rPr>
            </w:pPr>
          </w:p>
        </w:tc>
        <w:tc>
          <w:tcPr>
            <w:tcW w:w="5806" w:type="dxa"/>
          </w:tcPr>
          <w:p w14:paraId="72DB8638" w14:textId="77777777" w:rsidR="007A28F3" w:rsidRPr="007A28F3" w:rsidRDefault="007A28F3" w:rsidP="007A28F3">
            <w:pPr>
              <w:spacing w:after="200" w:line="276" w:lineRule="auto"/>
              <w:rPr>
                <w:lang w:val="pl-PL"/>
              </w:rPr>
            </w:pPr>
            <w:r w:rsidRPr="007A28F3">
              <w:rPr>
                <w:lang w:val="pl-PL"/>
              </w:rPr>
              <w:t>Gluten-free</w:t>
            </w:r>
          </w:p>
        </w:tc>
      </w:tr>
      <w:tr w:rsidR="007A28F3" w:rsidRPr="007A28F3" w14:paraId="5B102B25" w14:textId="77777777" w:rsidTr="009C4BB9">
        <w:tc>
          <w:tcPr>
            <w:tcW w:w="3256" w:type="dxa"/>
            <w:vMerge/>
          </w:tcPr>
          <w:p w14:paraId="5987D0EA" w14:textId="77777777" w:rsidR="007A28F3" w:rsidRPr="007A28F3" w:rsidRDefault="007A28F3" w:rsidP="007A28F3">
            <w:pPr>
              <w:spacing w:after="200" w:line="276" w:lineRule="auto"/>
              <w:rPr>
                <w:lang w:val="pl-PL"/>
              </w:rPr>
            </w:pPr>
          </w:p>
        </w:tc>
        <w:tc>
          <w:tcPr>
            <w:tcW w:w="5806" w:type="dxa"/>
          </w:tcPr>
          <w:p w14:paraId="4A668BDB" w14:textId="77777777" w:rsidR="007A28F3" w:rsidRPr="007A28F3" w:rsidRDefault="007A28F3" w:rsidP="007A28F3">
            <w:pPr>
              <w:spacing w:after="200" w:line="276" w:lineRule="auto"/>
              <w:rPr>
                <w:lang w:val="pl-PL"/>
              </w:rPr>
            </w:pPr>
            <w:r w:rsidRPr="007A28F3">
              <w:rPr>
                <w:lang w:val="pl-PL"/>
              </w:rPr>
              <w:t>Other: ………………………….</w:t>
            </w:r>
          </w:p>
        </w:tc>
      </w:tr>
    </w:tbl>
    <w:p w14:paraId="16541B70" w14:textId="77777777" w:rsidR="007A28F3" w:rsidRPr="007A28F3" w:rsidRDefault="007A28F3" w:rsidP="007A28F3">
      <w:pPr>
        <w:rPr>
          <w:lang w:val="pl-PL"/>
        </w:rPr>
      </w:pPr>
    </w:p>
    <w:tbl>
      <w:tblPr>
        <w:tblStyle w:val="Tabela-Siatka"/>
        <w:tblW w:w="0" w:type="auto"/>
        <w:tblLook w:val="04A0" w:firstRow="1" w:lastRow="0" w:firstColumn="1" w:lastColumn="0" w:noHBand="0" w:noVBand="1"/>
      </w:tblPr>
      <w:tblGrid>
        <w:gridCol w:w="3135"/>
        <w:gridCol w:w="5495"/>
      </w:tblGrid>
      <w:tr w:rsidR="007A28F3" w:rsidRPr="007A28F3" w14:paraId="4B9E5FA9" w14:textId="77777777" w:rsidTr="009C4BB9">
        <w:tc>
          <w:tcPr>
            <w:tcW w:w="3256" w:type="dxa"/>
            <w:vMerge w:val="restart"/>
          </w:tcPr>
          <w:p w14:paraId="33AD47DE" w14:textId="77777777" w:rsidR="007A28F3" w:rsidRPr="007A28F3" w:rsidRDefault="007A28F3" w:rsidP="007A28F3">
            <w:pPr>
              <w:spacing w:after="200" w:line="276" w:lineRule="auto"/>
            </w:pPr>
            <w:r w:rsidRPr="007A28F3">
              <w:lastRenderedPageBreak/>
              <w:t>Special requirements arising from a disability</w:t>
            </w:r>
            <w:r w:rsidRPr="007A28F3">
              <w:br/>
              <w:t>(checkboxes, optional question):</w:t>
            </w:r>
          </w:p>
        </w:tc>
        <w:tc>
          <w:tcPr>
            <w:tcW w:w="5806" w:type="dxa"/>
          </w:tcPr>
          <w:p w14:paraId="19AAE19F" w14:textId="77777777" w:rsidR="007A28F3" w:rsidRPr="007A28F3" w:rsidRDefault="007A28F3" w:rsidP="007A28F3">
            <w:pPr>
              <w:spacing w:after="200" w:line="276" w:lineRule="auto"/>
            </w:pPr>
            <w:r w:rsidRPr="007A28F3">
              <w:t>Hearing assistance system (induction loop)</w:t>
            </w:r>
          </w:p>
        </w:tc>
      </w:tr>
      <w:tr w:rsidR="007A28F3" w:rsidRPr="007A28F3" w14:paraId="46F5E301" w14:textId="77777777" w:rsidTr="009C4BB9">
        <w:tc>
          <w:tcPr>
            <w:tcW w:w="3256" w:type="dxa"/>
            <w:vMerge/>
          </w:tcPr>
          <w:p w14:paraId="15C8BA80" w14:textId="77777777" w:rsidR="007A28F3" w:rsidRPr="007A28F3" w:rsidRDefault="007A28F3" w:rsidP="007A28F3">
            <w:pPr>
              <w:spacing w:after="200" w:line="276" w:lineRule="auto"/>
            </w:pPr>
          </w:p>
        </w:tc>
        <w:tc>
          <w:tcPr>
            <w:tcW w:w="5806" w:type="dxa"/>
          </w:tcPr>
          <w:p w14:paraId="50A78DC0" w14:textId="77777777" w:rsidR="007A28F3" w:rsidRPr="007A28F3" w:rsidRDefault="007A28F3" w:rsidP="007A28F3">
            <w:pPr>
              <w:spacing w:after="200" w:line="276" w:lineRule="auto"/>
              <w:rPr>
                <w:lang w:val="pl-PL"/>
              </w:rPr>
            </w:pPr>
            <w:r w:rsidRPr="007A28F3">
              <w:rPr>
                <w:lang w:val="pl-PL"/>
              </w:rPr>
              <w:t>Sign language interpreter</w:t>
            </w:r>
          </w:p>
        </w:tc>
      </w:tr>
      <w:tr w:rsidR="007A28F3" w:rsidRPr="007A28F3" w14:paraId="2D14FABC" w14:textId="77777777" w:rsidTr="009C4BB9">
        <w:tc>
          <w:tcPr>
            <w:tcW w:w="3256" w:type="dxa"/>
            <w:vMerge/>
          </w:tcPr>
          <w:p w14:paraId="6212788D" w14:textId="77777777" w:rsidR="007A28F3" w:rsidRPr="007A28F3" w:rsidRDefault="007A28F3" w:rsidP="007A28F3">
            <w:pPr>
              <w:spacing w:after="200" w:line="276" w:lineRule="auto"/>
              <w:rPr>
                <w:lang w:val="pl-PL"/>
              </w:rPr>
            </w:pPr>
          </w:p>
        </w:tc>
        <w:tc>
          <w:tcPr>
            <w:tcW w:w="5806" w:type="dxa"/>
          </w:tcPr>
          <w:p w14:paraId="79A7953B" w14:textId="77777777" w:rsidR="007A28F3" w:rsidRPr="007A28F3" w:rsidRDefault="007A28F3" w:rsidP="007A28F3">
            <w:pPr>
              <w:spacing w:after="200" w:line="276" w:lineRule="auto"/>
              <w:rPr>
                <w:lang w:val="pl-PL"/>
              </w:rPr>
            </w:pPr>
            <w:r w:rsidRPr="007A28F3">
              <w:rPr>
                <w:lang w:val="pl-PL"/>
              </w:rPr>
              <w:t>Live captions</w:t>
            </w:r>
          </w:p>
        </w:tc>
      </w:tr>
    </w:tbl>
    <w:p w14:paraId="0771390B" w14:textId="77777777" w:rsidR="007A28F3" w:rsidRDefault="007A28F3">
      <w:pPr>
        <w:rPr>
          <w:b/>
          <w:bCs/>
          <w:lang w:val="en-GB"/>
        </w:rPr>
      </w:pPr>
      <w:r w:rsidRPr="007A28F3">
        <w:rPr>
          <w:lang w:val="en-GB"/>
        </w:rPr>
        <w:br/>
      </w:r>
      <w:r w:rsidRPr="007A28F3">
        <w:rPr>
          <w:b/>
          <w:bCs/>
          <w:lang w:val="en-GB"/>
        </w:rPr>
        <w:t>Should you indicate disability-related needs, NCBR requires your consent to process personal data in this area. If consent is not granted, participation in the event remains possible; however, NCBR will not be able to provide the accommodations requested.</w:t>
      </w:r>
    </w:p>
    <w:p w14:paraId="5ED679A9" w14:textId="77777777" w:rsidR="00E62BB2" w:rsidRDefault="007F5CB2">
      <w:r>
        <w:t>□ I voluntarily consent to the processing of my personal data regarding disability-related needs.</w:t>
      </w:r>
    </w:p>
    <w:p w14:paraId="6506333E" w14:textId="77777777" w:rsidR="00E62BB2" w:rsidRPr="0092487B" w:rsidRDefault="007F5CB2">
      <w:pPr>
        <w:rPr>
          <w:b/>
          <w:bCs/>
        </w:rPr>
      </w:pPr>
      <w:r w:rsidRPr="0092487B">
        <w:rPr>
          <w:b/>
          <w:bCs/>
        </w:rPr>
        <w:t>Consent to the Recording and Dissemination of Image and Voice</w:t>
      </w:r>
    </w:p>
    <w:p w14:paraId="57355796" w14:textId="693E394A" w:rsidR="0092487B" w:rsidRDefault="0092487B" w:rsidP="0092487B">
      <w:pPr>
        <w:jc w:val="both"/>
      </w:pPr>
      <w:r>
        <w:t xml:space="preserve">Declaration of consent for the recording and dissemination of image and voice </w:t>
      </w:r>
      <w:r>
        <w:br/>
        <w:t xml:space="preserve">by the National Centre for Research and Development (hereinafter: NCBR) in connection with the event titled "How to Do Science in the AI Era – Artificial Intelligence as a Tool </w:t>
      </w:r>
      <w:r>
        <w:br/>
        <w:t>for International Cooperation," to be held on November 5, 2026, in Warsaw (hereinafter: the Event)</w:t>
      </w:r>
    </w:p>
    <w:p w14:paraId="1B1C3417" w14:textId="3D2266C8" w:rsidR="0092487B" w:rsidRDefault="0092487B" w:rsidP="0092487B">
      <w:pPr>
        <w:jc w:val="both"/>
      </w:pPr>
      <w:r w:rsidRPr="00A938D1">
        <w:rPr>
          <w:rFonts w:ascii="Times New Roman" w:hAnsi="Times New Roman" w:cs="Times New Roman"/>
          <w:u w:val="single"/>
        </w:rPr>
        <w:t>󠄀</w:t>
      </w:r>
      <w:r>
        <w:t xml:space="preserve"> Pursuant to Art. 81 para. 1 of the Act of 4 April 1994 on Copyright and Related Rights (consolidated text: Journal of Laws of 2025, item 24, as amended), I hereby consent </w:t>
      </w:r>
      <w:r>
        <w:br/>
        <w:t xml:space="preserve">to the NCBR recording and disseminating—multiple times and free of charge—my image and voice (in the form of online broadcasts, video materials, and photographs recorded </w:t>
      </w:r>
      <w:r>
        <w:br/>
        <w:t>by the NCBR during the Event) within the scope indicated below,</w:t>
      </w:r>
    </w:p>
    <w:p w14:paraId="683CB03F" w14:textId="7E8FCEF8" w:rsidR="0092487B" w:rsidRDefault="0092487B" w:rsidP="0092487B">
      <w:pPr>
        <w:jc w:val="both"/>
      </w:pPr>
      <w:r>
        <w:t xml:space="preserve">This consent covers the recording and multiple dissemination of my image and voice </w:t>
      </w:r>
      <w:r>
        <w:br/>
        <w:t xml:space="preserve">by the NCBR—free of charge and without time or territorial limitations—exclusively </w:t>
      </w:r>
      <w:r>
        <w:br/>
        <w:t xml:space="preserve">for purposes related to providing information about the Event and promoting the NCBR, </w:t>
      </w:r>
      <w:r>
        <w:br/>
        <w:t>via the NCBR website, social media, and the YouTube channel administered by the NCBR.</w:t>
      </w:r>
    </w:p>
    <w:p w14:paraId="2CB90F84" w14:textId="77777777" w:rsidR="0004741B" w:rsidRDefault="0004741B">
      <w:pPr>
        <w:rPr>
          <w:b/>
          <w:bCs/>
        </w:rPr>
      </w:pPr>
      <w:r>
        <w:rPr>
          <w:b/>
          <w:bCs/>
        </w:rPr>
        <w:br w:type="page"/>
      </w:r>
    </w:p>
    <w:p w14:paraId="2E1F9F2A" w14:textId="2E2A6D8A" w:rsidR="00E62BB2" w:rsidRPr="00487310" w:rsidRDefault="007F5CB2" w:rsidP="0092487B">
      <w:pPr>
        <w:rPr>
          <w:b/>
          <w:bCs/>
        </w:rPr>
      </w:pPr>
      <w:commentRangeStart w:id="2"/>
      <w:r w:rsidRPr="00487310">
        <w:rPr>
          <w:b/>
          <w:bCs/>
        </w:rPr>
        <w:lastRenderedPageBreak/>
        <w:t>Information Clause on the Processing of Personal Data in the Form of Image and Voice by NCBR</w:t>
      </w:r>
      <w:commentRangeEnd w:id="2"/>
      <w:r w:rsidR="0004741B" w:rsidRPr="00487310">
        <w:rPr>
          <w:rStyle w:val="Odwoaniedokomentarza"/>
          <w:b/>
          <w:bCs/>
          <w:sz w:val="22"/>
          <w:szCs w:val="22"/>
        </w:rPr>
        <w:commentReference w:id="2"/>
      </w:r>
    </w:p>
    <w:p w14:paraId="0E29E4CE" w14:textId="77777777" w:rsidR="00E62BB2" w:rsidRDefault="007F5CB2">
      <w:r>
        <w:t>1. The controller of your personal data is the National Centre for Research and Development (NCBR).</w:t>
      </w:r>
    </w:p>
    <w:p w14:paraId="76B61ABB" w14:textId="1D27C1B0" w:rsidR="005439D1" w:rsidRDefault="007F5CB2">
      <w:r>
        <w:t xml:space="preserve">2. </w:t>
      </w:r>
      <w:r w:rsidR="005439D1">
        <w:t xml:space="preserve">You may contact the controller </w:t>
      </w:r>
      <w:r w:rsidR="00C14C7B">
        <w:t>as follows</w:t>
      </w:r>
      <w:r w:rsidR="005439D1">
        <w:t>:</w:t>
      </w:r>
    </w:p>
    <w:p w14:paraId="1D70F839" w14:textId="6EF4B421" w:rsidR="005439D1" w:rsidRDefault="005439D1" w:rsidP="005439D1">
      <w:pPr>
        <w:pStyle w:val="Akapitzlist"/>
        <w:numPr>
          <w:ilvl w:val="0"/>
          <w:numId w:val="12"/>
        </w:numPr>
      </w:pPr>
      <w:r>
        <w:t xml:space="preserve">by ordinary mail: ul. Chmielna 69, 00-801 Warsaw; </w:t>
      </w:r>
    </w:p>
    <w:p w14:paraId="0134855F" w14:textId="2D8D4758" w:rsidR="005439D1" w:rsidRDefault="005439D1" w:rsidP="005439D1">
      <w:pPr>
        <w:pStyle w:val="Akapitzlist"/>
        <w:numPr>
          <w:ilvl w:val="0"/>
          <w:numId w:val="12"/>
        </w:numPr>
      </w:pPr>
      <w:r>
        <w:t xml:space="preserve">by phone +48 22 390 74 01; </w:t>
      </w:r>
    </w:p>
    <w:p w14:paraId="1DE0B683" w14:textId="5A9F82C2" w:rsidR="005439D1" w:rsidRDefault="005439D1" w:rsidP="005439D1">
      <w:pPr>
        <w:pStyle w:val="Akapitzlist"/>
        <w:numPr>
          <w:ilvl w:val="0"/>
          <w:numId w:val="12"/>
        </w:numPr>
      </w:pPr>
      <w:r>
        <w:t xml:space="preserve">by e-mail: </w:t>
      </w:r>
      <w:hyperlink r:id="rId10" w:history="1">
        <w:r w:rsidRPr="00A43B5E">
          <w:rPr>
            <w:rStyle w:val="Hipercze"/>
          </w:rPr>
          <w:t>kancelaria@ncbr.gov.pl</w:t>
        </w:r>
      </w:hyperlink>
      <w:r>
        <w:t xml:space="preserve">; </w:t>
      </w:r>
    </w:p>
    <w:p w14:paraId="761D87F7" w14:textId="1DAEFF47" w:rsidR="005439D1" w:rsidRDefault="005439D1" w:rsidP="005439D1">
      <w:pPr>
        <w:pStyle w:val="Akapitzlist"/>
        <w:numPr>
          <w:ilvl w:val="0"/>
          <w:numId w:val="12"/>
        </w:numPr>
      </w:pPr>
      <w:r>
        <w:t xml:space="preserve">by ePUAP: /NCBiR/SkrytkaESP; </w:t>
      </w:r>
    </w:p>
    <w:p w14:paraId="783B5E71" w14:textId="2C7B0B5A" w:rsidR="00E62BB2" w:rsidRDefault="005439D1" w:rsidP="005439D1">
      <w:pPr>
        <w:pStyle w:val="Akapitzlist"/>
        <w:numPr>
          <w:ilvl w:val="0"/>
          <w:numId w:val="12"/>
        </w:numPr>
      </w:pPr>
      <w:r>
        <w:t>by e-Delivery: AE:PL-61978-60435-RHVSF-07.</w:t>
      </w:r>
    </w:p>
    <w:p w14:paraId="5DD8E03D" w14:textId="79C45454" w:rsidR="005439D1" w:rsidRDefault="007F5CB2" w:rsidP="005439D1">
      <w:pPr>
        <w:spacing w:after="0" w:line="240" w:lineRule="auto"/>
        <w:jc w:val="both"/>
      </w:pPr>
      <w:r>
        <w:t xml:space="preserve">3. </w:t>
      </w:r>
      <w:r w:rsidR="005439D1">
        <w:t>The Controller has appointed a Data Protection Officer, whom you may contact as follows:</w:t>
      </w:r>
    </w:p>
    <w:p w14:paraId="06746EE7" w14:textId="77777777" w:rsidR="00C14C7B" w:rsidRDefault="00C14C7B" w:rsidP="005439D1">
      <w:pPr>
        <w:spacing w:after="0" w:line="240" w:lineRule="auto"/>
        <w:jc w:val="both"/>
      </w:pPr>
    </w:p>
    <w:p w14:paraId="641F5DFF" w14:textId="3E84E37B" w:rsidR="005439D1" w:rsidRDefault="005439D1" w:rsidP="005439D1">
      <w:pPr>
        <w:spacing w:after="0" w:line="240" w:lineRule="auto"/>
        <w:jc w:val="both"/>
      </w:pPr>
      <w:r>
        <w:t>a)</w:t>
      </w:r>
      <w:r>
        <w:tab/>
        <w:t>by e-mail: iod@ncbr.gov.pl;</w:t>
      </w:r>
    </w:p>
    <w:p w14:paraId="3CDB5AE0" w14:textId="6AD0216E" w:rsidR="005439D1" w:rsidRDefault="005439D1" w:rsidP="005439D1">
      <w:pPr>
        <w:spacing w:after="0" w:line="240" w:lineRule="auto"/>
        <w:ind w:left="720" w:hanging="720"/>
        <w:jc w:val="both"/>
      </w:pPr>
      <w:r>
        <w:t>b)</w:t>
      </w:r>
      <w:r>
        <w:tab/>
        <w:t xml:space="preserve">by post to the Controller’s registered office address: Narodowe Centrum Badań </w:t>
      </w:r>
      <w:r>
        <w:br/>
        <w:t>i Rozwoju, ul. Chmielna 69, 00-801 Warsaw, Poland</w:t>
      </w:r>
    </w:p>
    <w:p w14:paraId="7EE8E54E" w14:textId="77777777" w:rsidR="005439D1" w:rsidRDefault="005439D1" w:rsidP="005439D1">
      <w:pPr>
        <w:spacing w:after="0" w:line="240" w:lineRule="auto"/>
      </w:pPr>
    </w:p>
    <w:p w14:paraId="41CF833E" w14:textId="321C65F7" w:rsidR="00E62BB2" w:rsidRDefault="005439D1" w:rsidP="005439D1">
      <w:pPr>
        <w:jc w:val="both"/>
      </w:pPr>
      <w:r>
        <w:t xml:space="preserve">4. You may contact the Data Protection Officer regarding all matters related to the processing of personal data at NCBR and the exercise of your rights under the GDPR.4. </w:t>
      </w:r>
      <w:r>
        <w:br/>
        <w:t xml:space="preserve">Your image and voice will be processed for promotional purposes in connection </w:t>
      </w:r>
      <w:r w:rsidR="007A28F3">
        <w:br/>
      </w:r>
      <w:r>
        <w:t>with participation in the conference</w:t>
      </w:r>
      <w:r w:rsidR="00487310">
        <w:t xml:space="preserve"> held</w:t>
      </w:r>
      <w:r>
        <w:t xml:space="preserve"> on 5 November 2026 in Warsaw.</w:t>
      </w:r>
    </w:p>
    <w:p w14:paraId="50EAB5BE" w14:textId="24D22D8E" w:rsidR="00E62BB2" w:rsidRDefault="007F5CB2" w:rsidP="005439D1">
      <w:pPr>
        <w:jc w:val="both"/>
      </w:pPr>
      <w:r>
        <w:t xml:space="preserve">5. </w:t>
      </w:r>
      <w:r w:rsidR="005439D1" w:rsidRPr="005439D1">
        <w:t>The recipients to whom your personal data may be transferred are entities authorized to process such data under the law or pursuant to a contract concluded with the Controller—in particular, entities supporting the Controller in the exercise of rights and the fulfillment of obligations as well as in the provision of services, including those providing assistance and technical support for the IT systems used at the NCBR</w:t>
      </w:r>
      <w:r w:rsidR="005439D1">
        <w:t xml:space="preserve"> </w:t>
      </w:r>
      <w:r w:rsidR="005439D1" w:rsidRPr="005439D1">
        <w:t xml:space="preserve">(e.g., NCBR+ Sp. z o.o., </w:t>
      </w:r>
      <w:r w:rsidR="005439D1">
        <w:br/>
      </w:r>
      <w:r w:rsidR="005439D1" w:rsidRPr="005439D1">
        <w:t xml:space="preserve">ul. Chmielna 69, 00-801 Warsaw, </w:t>
      </w:r>
      <w:r w:rsidR="0004741B" w:rsidRPr="0004741B">
        <w:t>Drive Event Sp. z o.o., Marszałka Józefa Piłsudskiego 1 / 17, 37-200 Przeworsk</w:t>
      </w:r>
    </w:p>
    <w:p w14:paraId="54032397" w14:textId="77777777" w:rsidR="005439D1" w:rsidRDefault="005439D1" w:rsidP="005439D1">
      <w:r>
        <w:t>Your personal data may also be published on the NCBR website, on social media, in the newsletter, and on the NCBR YouTube channel.</w:t>
      </w:r>
    </w:p>
    <w:p w14:paraId="17792FFA" w14:textId="77777777" w:rsidR="005439D1" w:rsidRDefault="005439D1" w:rsidP="005439D1">
      <w:r>
        <w:t>6.</w:t>
      </w:r>
      <w:r>
        <w:tab/>
        <w:t>Under the terms set out in the GDPR, you have the right to request the following from the Controller:</w:t>
      </w:r>
    </w:p>
    <w:p w14:paraId="1F324551" w14:textId="77777777" w:rsidR="005439D1" w:rsidRDefault="005439D1" w:rsidP="005439D1">
      <w:pPr>
        <w:spacing w:after="0" w:line="240" w:lineRule="auto"/>
      </w:pPr>
      <w:r>
        <w:t>a)</w:t>
      </w:r>
      <w:r>
        <w:tab/>
        <w:t>access to your personal data;</w:t>
      </w:r>
    </w:p>
    <w:p w14:paraId="6699F071" w14:textId="77777777" w:rsidR="005439D1" w:rsidRDefault="005439D1" w:rsidP="005439D1">
      <w:pPr>
        <w:spacing w:after="0" w:line="240" w:lineRule="auto"/>
      </w:pPr>
      <w:r>
        <w:t>b)</w:t>
      </w:r>
      <w:r>
        <w:tab/>
        <w:t>rectification (correction) of your personal data;</w:t>
      </w:r>
    </w:p>
    <w:p w14:paraId="3AAA0BD9" w14:textId="77777777" w:rsidR="005439D1" w:rsidRDefault="005439D1" w:rsidP="005439D1">
      <w:pPr>
        <w:spacing w:after="0" w:line="240" w:lineRule="auto"/>
        <w:jc w:val="both"/>
      </w:pPr>
      <w:r>
        <w:t>c)</w:t>
      </w:r>
      <w:r>
        <w:tab/>
        <w:t>erasure of your personal data or restriction of its processing;</w:t>
      </w:r>
    </w:p>
    <w:p w14:paraId="6371F17C" w14:textId="77777777" w:rsidR="005439D1" w:rsidRDefault="005439D1" w:rsidP="005439D1">
      <w:pPr>
        <w:spacing w:after="0" w:line="240" w:lineRule="auto"/>
        <w:jc w:val="both"/>
      </w:pPr>
    </w:p>
    <w:p w14:paraId="03BBF23B" w14:textId="08E648AC" w:rsidR="005439D1" w:rsidRDefault="005439D1" w:rsidP="005439D1">
      <w:pPr>
        <w:jc w:val="both"/>
      </w:pPr>
      <w:r>
        <w:t>7.</w:t>
      </w:r>
      <w:r>
        <w:tab/>
        <w:t>If you believe that the processing of your personal data violates data protection regulations, you have the right to lodge a complaint with the supervisory authority, namely the President of the Personal Data Protection Office (Prezes Urzędu Ochrony Danych Osobowych, 00-014 Warsaw, ul. Moniuszki 1A, tel. +48 22 531 03 00).</w:t>
      </w:r>
    </w:p>
    <w:p w14:paraId="5C487B5A" w14:textId="77777777" w:rsidR="005439D1" w:rsidRDefault="005439D1" w:rsidP="005439D1">
      <w:pPr>
        <w:jc w:val="both"/>
      </w:pPr>
      <w:r>
        <w:lastRenderedPageBreak/>
        <w:t>8.</w:t>
      </w:r>
      <w:r>
        <w:tab/>
        <w:t>Providing personal data is voluntary but necessary for processing it in connection with the consent granted for the use of your personal data in event promotional materials.</w:t>
      </w:r>
    </w:p>
    <w:p w14:paraId="23B5751A" w14:textId="77777777" w:rsidR="005439D1" w:rsidRDefault="005439D1" w:rsidP="005439D1">
      <w:pPr>
        <w:jc w:val="both"/>
      </w:pPr>
      <w:r>
        <w:t>9.</w:t>
      </w:r>
      <w:r>
        <w:tab/>
        <w:t xml:space="preserve">In connection with the publication of materials on social media platforms such as X, YouTube, Facebook, and LinkedIn, personal data may be transferred to the USA. This takes place on the basis of a European Commission implementing decision stating an adequate level of protection. X Corp., Google LLC, Meta, and LinkedIn Corporation have joined the </w:t>
      </w:r>
      <w:r>
        <w:br/>
        <w:t>EU-US Data Privacy Framework.</w:t>
      </w:r>
    </w:p>
    <w:p w14:paraId="6886FBFD" w14:textId="254A052E" w:rsidR="00E62BB2" w:rsidRPr="00487310" w:rsidRDefault="007F5CB2" w:rsidP="005439D1">
      <w:pPr>
        <w:jc w:val="both"/>
        <w:rPr>
          <w:highlight w:val="yellow"/>
        </w:rPr>
      </w:pPr>
      <w:r w:rsidRPr="00487310">
        <w:rPr>
          <w:highlight w:val="yellow"/>
        </w:rPr>
        <w:t>Confirmation message</w:t>
      </w:r>
    </w:p>
    <w:p w14:paraId="1D7E02A4" w14:textId="77777777" w:rsidR="00E62BB2" w:rsidRDefault="007F5CB2" w:rsidP="005439D1">
      <w:pPr>
        <w:jc w:val="both"/>
      </w:pPr>
      <w:r w:rsidRPr="00487310">
        <w:rPr>
          <w:highlight w:val="yellow"/>
        </w:rPr>
        <w:t>Thank you for registering. After registration is completed, we will send you further information regarding the event.</w:t>
      </w:r>
    </w:p>
    <w:sectPr w:rsidR="00E62BB2" w:rsidSect="00034616">
      <w:pgSz w:w="12240" w:h="15840"/>
      <w:pgMar w:top="1440" w:right="1800" w:bottom="1440" w:left="180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Małgorzata Wójcicka" w:date="2026-10-02T13:32:00Z" w:initials="MW">
    <w:p w14:paraId="52950043" w14:textId="77777777" w:rsidR="0004741B" w:rsidRDefault="0004741B" w:rsidP="0004741B">
      <w:pPr>
        <w:pStyle w:val="Tekstkomentarza"/>
      </w:pPr>
      <w:r>
        <w:rPr>
          <w:rStyle w:val="Odwoaniedokomentarza"/>
        </w:rPr>
        <w:annotationRef/>
      </w:r>
      <w:r>
        <w:t xml:space="preserve">Wyodrębniony pdf z możliwością pobrania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295004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D6D14B2" w16cex:dateUtc="2026-10-02T11: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2950043" w16cid:durableId="7D6D14B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27CA3AE9"/>
    <w:multiLevelType w:val="hybridMultilevel"/>
    <w:tmpl w:val="CFACA350"/>
    <w:lvl w:ilvl="0" w:tplc="0415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E7D0FE6"/>
    <w:multiLevelType w:val="hybridMultilevel"/>
    <w:tmpl w:val="5232D3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5C3F177A"/>
    <w:multiLevelType w:val="hybridMultilevel"/>
    <w:tmpl w:val="06B25782"/>
    <w:lvl w:ilvl="0" w:tplc="041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152864307">
    <w:abstractNumId w:val="8"/>
  </w:num>
  <w:num w:numId="2" w16cid:durableId="272397085">
    <w:abstractNumId w:val="6"/>
  </w:num>
  <w:num w:numId="3" w16cid:durableId="1204058811">
    <w:abstractNumId w:val="5"/>
  </w:num>
  <w:num w:numId="4" w16cid:durableId="665791343">
    <w:abstractNumId w:val="4"/>
  </w:num>
  <w:num w:numId="5" w16cid:durableId="144512795">
    <w:abstractNumId w:val="7"/>
  </w:num>
  <w:num w:numId="6" w16cid:durableId="1375081933">
    <w:abstractNumId w:val="3"/>
  </w:num>
  <w:num w:numId="7" w16cid:durableId="110176186">
    <w:abstractNumId w:val="2"/>
  </w:num>
  <w:num w:numId="8" w16cid:durableId="1140003950">
    <w:abstractNumId w:val="1"/>
  </w:num>
  <w:num w:numId="9" w16cid:durableId="1979188719">
    <w:abstractNumId w:val="0"/>
  </w:num>
  <w:num w:numId="10" w16cid:durableId="1064908164">
    <w:abstractNumId w:val="10"/>
  </w:num>
  <w:num w:numId="11" w16cid:durableId="1566916982">
    <w:abstractNumId w:val="11"/>
  </w:num>
  <w:num w:numId="12" w16cid:durableId="1298145327">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łgorzata Wójcicka">
    <w15:presenceInfo w15:providerId="AD" w15:userId="S::malgorzata.wojcicka@ncbr.gov.pl::c7b5acb2-4d57-4bb4-aea5-b10c201a148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741B"/>
    <w:rsid w:val="0006063C"/>
    <w:rsid w:val="0015074B"/>
    <w:rsid w:val="0029639D"/>
    <w:rsid w:val="00326F90"/>
    <w:rsid w:val="003D6D78"/>
    <w:rsid w:val="004043F4"/>
    <w:rsid w:val="00487310"/>
    <w:rsid w:val="005439D1"/>
    <w:rsid w:val="005572EF"/>
    <w:rsid w:val="00626CD5"/>
    <w:rsid w:val="007120D0"/>
    <w:rsid w:val="007A28F3"/>
    <w:rsid w:val="007F5CB2"/>
    <w:rsid w:val="0092487B"/>
    <w:rsid w:val="00A757AA"/>
    <w:rsid w:val="00AA1D8D"/>
    <w:rsid w:val="00B47730"/>
    <w:rsid w:val="00B71472"/>
    <w:rsid w:val="00C14C7B"/>
    <w:rsid w:val="00CB0664"/>
    <w:rsid w:val="00E62BB2"/>
    <w:rsid w:val="00F8527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ED1A05"/>
  <w14:defaultImageDpi w14:val="300"/>
  <w15:docId w15:val="{61429B92-66BA-42BD-B8CF-6E726571A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cze">
    <w:name w:val="Hyperlink"/>
    <w:basedOn w:val="Domylnaczcionkaakapitu"/>
    <w:uiPriority w:val="99"/>
    <w:unhideWhenUsed/>
    <w:rsid w:val="005439D1"/>
    <w:rPr>
      <w:color w:val="0000FF" w:themeColor="hyperlink"/>
      <w:u w:val="single"/>
    </w:rPr>
  </w:style>
  <w:style w:type="character" w:styleId="Nierozpoznanawzmianka">
    <w:name w:val="Unresolved Mention"/>
    <w:basedOn w:val="Domylnaczcionkaakapitu"/>
    <w:uiPriority w:val="99"/>
    <w:semiHidden/>
    <w:unhideWhenUsed/>
    <w:rsid w:val="005439D1"/>
    <w:rPr>
      <w:color w:val="605E5C"/>
      <w:shd w:val="clear" w:color="auto" w:fill="E1DFDD"/>
    </w:rPr>
  </w:style>
  <w:style w:type="character" w:styleId="Odwoaniedokomentarza">
    <w:name w:val="annotation reference"/>
    <w:basedOn w:val="Domylnaczcionkaakapitu"/>
    <w:uiPriority w:val="99"/>
    <w:semiHidden/>
    <w:unhideWhenUsed/>
    <w:rsid w:val="0004741B"/>
    <w:rPr>
      <w:sz w:val="16"/>
      <w:szCs w:val="16"/>
    </w:rPr>
  </w:style>
  <w:style w:type="paragraph" w:styleId="Tekstkomentarza">
    <w:name w:val="annotation text"/>
    <w:basedOn w:val="Normalny"/>
    <w:link w:val="TekstkomentarzaZnak"/>
    <w:uiPriority w:val="99"/>
    <w:unhideWhenUsed/>
    <w:rsid w:val="0004741B"/>
    <w:pPr>
      <w:spacing w:line="240" w:lineRule="auto"/>
    </w:pPr>
    <w:rPr>
      <w:sz w:val="20"/>
      <w:szCs w:val="20"/>
    </w:rPr>
  </w:style>
  <w:style w:type="character" w:customStyle="1" w:styleId="TekstkomentarzaZnak">
    <w:name w:val="Tekst komentarza Znak"/>
    <w:basedOn w:val="Domylnaczcionkaakapitu"/>
    <w:link w:val="Tekstkomentarza"/>
    <w:uiPriority w:val="99"/>
    <w:rsid w:val="0004741B"/>
    <w:rPr>
      <w:sz w:val="20"/>
      <w:szCs w:val="20"/>
    </w:rPr>
  </w:style>
  <w:style w:type="paragraph" w:styleId="Tematkomentarza">
    <w:name w:val="annotation subject"/>
    <w:basedOn w:val="Tekstkomentarza"/>
    <w:next w:val="Tekstkomentarza"/>
    <w:link w:val="TematkomentarzaZnak"/>
    <w:uiPriority w:val="99"/>
    <w:semiHidden/>
    <w:unhideWhenUsed/>
    <w:rsid w:val="0004741B"/>
    <w:rPr>
      <w:b/>
      <w:bCs/>
    </w:rPr>
  </w:style>
  <w:style w:type="character" w:customStyle="1" w:styleId="TematkomentarzaZnak">
    <w:name w:val="Temat komentarza Znak"/>
    <w:basedOn w:val="TekstkomentarzaZnak"/>
    <w:link w:val="Tematkomentarza"/>
    <w:uiPriority w:val="99"/>
    <w:semiHidden/>
    <w:rsid w:val="0004741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theme" Target="theme/theme1.xml"/><Relationship Id="rId3" Type="http://schemas.openxmlformats.org/officeDocument/2006/relationships/styles" Target="styles.xml"/><Relationship Id="rId7" Type="http://schemas.microsoft.com/office/2011/relationships/commentsExtended" Target="commentsExtended.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kancelaria@ncbr.gov.pl" TargetMode="External"/><Relationship Id="rId4" Type="http://schemas.openxmlformats.org/officeDocument/2006/relationships/settings" Target="settings.xml"/><Relationship Id="rId9"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778</Words>
  <Characters>4669</Characters>
  <Application>Microsoft Office Word</Application>
  <DocSecurity>0</DocSecurity>
  <Lines>38</Lines>
  <Paragraphs>10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5437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Andrzej Wajs</dc:creator>
  <cp:keywords/>
  <dc:description>generated by python-docx</dc:description>
  <cp:lastModifiedBy>Małgorzata Wójcicka</cp:lastModifiedBy>
  <cp:revision>3</cp:revision>
  <dcterms:created xsi:type="dcterms:W3CDTF">2026-10-02T11:33:00Z</dcterms:created>
  <dcterms:modified xsi:type="dcterms:W3CDTF">2026-10-02T11:37:00Z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b72bd6a-5f70-4f6e-be10-f745206756ad_Enabled">
    <vt:lpwstr>true</vt:lpwstr>
  </property>
  <property fmtid="{D5CDD505-2E9C-101B-9397-08002B2CF9AE}" pid="3" name="MSIP_Label_8b72bd6a-5f70-4f6e-be10-f745206756ad_SetDate">
    <vt:lpwstr>2026-09-18T10:56:22Z</vt:lpwstr>
  </property>
  <property fmtid="{D5CDD505-2E9C-101B-9397-08002B2CF9AE}" pid="4" name="MSIP_Label_8b72bd6a-5f70-4f6e-be10-f745206756ad_Method">
    <vt:lpwstr>Standard</vt:lpwstr>
  </property>
  <property fmtid="{D5CDD505-2E9C-101B-9397-08002B2CF9AE}" pid="5" name="MSIP_Label_8b72bd6a-5f70-4f6e-be10-f745206756ad_Name">
    <vt:lpwstr>K2 - informacja wewnętrzna</vt:lpwstr>
  </property>
  <property fmtid="{D5CDD505-2E9C-101B-9397-08002B2CF9AE}" pid="6" name="MSIP_Label_8b72bd6a-5f70-4f6e-be10-f745206756ad_SiteId">
    <vt:lpwstr>114511be-be5b-44a7-b2ab-a51e832dea9d</vt:lpwstr>
  </property>
  <property fmtid="{D5CDD505-2E9C-101B-9397-08002B2CF9AE}" pid="7" name="MSIP_Label_8b72bd6a-5f70-4f6e-be10-f745206756ad_ActionId">
    <vt:lpwstr>db581e62-ef40-4f52-adf2-981694b9a84f</vt:lpwstr>
  </property>
  <property fmtid="{D5CDD505-2E9C-101B-9397-08002B2CF9AE}" pid="8" name="MSIP_Label_8b72bd6a-5f70-4f6e-be10-f745206756ad_ContentBits">
    <vt:lpwstr>0</vt:lpwstr>
  </property>
</Properties>
</file>